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7166D" w14:textId="77777777" w:rsidR="000358B0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4D1B1707" wp14:editId="234F582A">
            <wp:extent cx="749808" cy="8091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e d'écran 2025-07-24 190248(2)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49808" cy="80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404C0" w14:textId="77777777" w:rsidR="000358B0" w:rsidRDefault="00000000">
      <w:pPr>
        <w:jc w:val="center"/>
      </w:pPr>
      <w:r>
        <w:rPr>
          <w:b/>
          <w:color w:val="F05A28"/>
          <w:sz w:val="18"/>
        </w:rPr>
        <w:t>PROGRAMME DE LA DEMI-JOURNÉE</w:t>
      </w:r>
    </w:p>
    <w:p w14:paraId="2D071996" w14:textId="77777777" w:rsidR="000358B0" w:rsidRDefault="00000000">
      <w:pPr>
        <w:pStyle w:val="Titre"/>
        <w:jc w:val="center"/>
      </w:pPr>
      <w:r>
        <w:rPr>
          <w:rFonts w:ascii="Aptos" w:hAnsi="Aptos"/>
        </w:rPr>
        <w:t>Le Défi du quotidien</w:t>
      </w:r>
    </w:p>
    <w:p w14:paraId="046D4F2F" w14:textId="77777777" w:rsidR="000358B0" w:rsidRDefault="00000000">
      <w:pPr>
        <w:spacing w:after="240"/>
        <w:jc w:val="center"/>
      </w:pPr>
      <w:r>
        <w:rPr>
          <w:color w:val="52606D"/>
          <w:sz w:val="23"/>
        </w:rPr>
        <w:t>Les chiffres sont partout ! • Mercredi 16 septembre 2026</w:t>
      </w:r>
    </w:p>
    <w:tbl>
      <w:tblPr>
        <w:tblStyle w:val="Grilledutableau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0358B0" w14:paraId="7FECA5C4" w14:textId="77777777">
        <w:tc>
          <w:tcPr>
            <w:tcW w:w="9360" w:type="dxa"/>
            <w:shd w:val="clear" w:color="auto" w:fill="FCE4D6"/>
          </w:tcPr>
          <w:p w14:paraId="708380AF" w14:textId="77777777" w:rsidR="000358B0" w:rsidRDefault="00000000">
            <w:pPr>
              <w:jc w:val="center"/>
            </w:pPr>
            <w:r>
              <w:rPr>
                <w:b/>
                <w:color w:val="17365D"/>
              </w:rPr>
              <w:t xml:space="preserve">3 SITES, UNE MÊME MISSION : </w:t>
            </w:r>
            <w:r>
              <w:t>Nanterre • Clichy • Bagneux</w:t>
            </w:r>
          </w:p>
        </w:tc>
      </w:tr>
    </w:tbl>
    <w:p w14:paraId="34A05B7F" w14:textId="77777777" w:rsidR="000358B0" w:rsidRDefault="00000000">
      <w:pPr>
        <w:pStyle w:val="Titre1"/>
      </w:pPr>
      <w:r>
        <w:t>Objectif</w:t>
      </w:r>
    </w:p>
    <w:p w14:paraId="06E2E464" w14:textId="77777777" w:rsidR="000358B0" w:rsidRDefault="00000000">
      <w:r>
        <w:t>Relever en équipe des défis inspirés de la vie quotidienne pour mobiliser les nombres, renforcer l’autonomie et valoriser les compétences de chacun, notamment celles des jeunes FLE.</w:t>
      </w:r>
    </w:p>
    <w:p w14:paraId="49608E38" w14:textId="77777777" w:rsidR="000358B0" w:rsidRDefault="00000000">
      <w:pPr>
        <w:pStyle w:val="Titre1"/>
      </w:pPr>
      <w:r>
        <w:t>Déroulé proposé</w:t>
      </w:r>
    </w:p>
    <w:tbl>
      <w:tblPr>
        <w:tblStyle w:val="Grilledutableau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550"/>
        <w:gridCol w:w="1650"/>
        <w:gridCol w:w="4300"/>
        <w:gridCol w:w="1860"/>
      </w:tblGrid>
      <w:tr w:rsidR="000358B0" w14:paraId="600E7694" w14:textId="77777777">
        <w:tc>
          <w:tcPr>
            <w:tcW w:w="1550" w:type="dxa"/>
            <w:shd w:val="clear" w:color="auto" w:fill="17365D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183CD589" w14:textId="77777777" w:rsidR="000358B0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Horaire</w:t>
            </w:r>
          </w:p>
        </w:tc>
        <w:tc>
          <w:tcPr>
            <w:tcW w:w="1650" w:type="dxa"/>
            <w:shd w:val="clear" w:color="auto" w:fill="17365D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70D89E6A" w14:textId="77777777" w:rsidR="000358B0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Durée</w:t>
            </w:r>
          </w:p>
        </w:tc>
        <w:tc>
          <w:tcPr>
            <w:tcW w:w="4300" w:type="dxa"/>
            <w:shd w:val="clear" w:color="auto" w:fill="17365D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41424ACF" w14:textId="77777777" w:rsidR="000358B0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Temps fort</w:t>
            </w:r>
          </w:p>
        </w:tc>
        <w:tc>
          <w:tcPr>
            <w:tcW w:w="1860" w:type="dxa"/>
            <w:shd w:val="clear" w:color="auto" w:fill="17365D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273CBC3F" w14:textId="77777777" w:rsidR="000358B0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Organisation</w:t>
            </w:r>
          </w:p>
        </w:tc>
      </w:tr>
      <w:tr w:rsidR="000358B0" w14:paraId="5A9BF856" w14:textId="77777777">
        <w:tc>
          <w:tcPr>
            <w:tcW w:w="1550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25E806BA" w14:textId="77777777" w:rsidR="000358B0" w:rsidRDefault="00000000">
            <w:pPr>
              <w:spacing w:after="0"/>
            </w:pPr>
            <w:r>
              <w:rPr>
                <w:sz w:val="18"/>
              </w:rPr>
              <w:t>13 h 30</w:t>
            </w:r>
          </w:p>
        </w:tc>
        <w:tc>
          <w:tcPr>
            <w:tcW w:w="1650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5156C3D1" w14:textId="77777777" w:rsidR="000358B0" w:rsidRDefault="00000000">
            <w:pPr>
              <w:spacing w:after="0"/>
            </w:pPr>
            <w:r>
              <w:rPr>
                <w:sz w:val="18"/>
              </w:rPr>
              <w:t>15 min</w:t>
            </w:r>
          </w:p>
        </w:tc>
        <w:tc>
          <w:tcPr>
            <w:tcW w:w="4300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08A31640" w14:textId="77777777" w:rsidR="000358B0" w:rsidRDefault="00000000">
            <w:pPr>
              <w:spacing w:after="0"/>
            </w:pPr>
            <w:r>
              <w:rPr>
                <w:sz w:val="18"/>
              </w:rPr>
              <w:t>Accueil, présentation des JNAI et constitution des équipes.</w:t>
            </w:r>
          </w:p>
        </w:tc>
        <w:tc>
          <w:tcPr>
            <w:tcW w:w="1860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7399493F" w14:textId="77777777" w:rsidR="000358B0" w:rsidRDefault="00000000">
            <w:pPr>
              <w:spacing w:after="0"/>
            </w:pPr>
            <w:r>
              <w:rPr>
                <w:sz w:val="18"/>
              </w:rPr>
              <w:t>Tous ensemble</w:t>
            </w:r>
          </w:p>
        </w:tc>
      </w:tr>
      <w:tr w:rsidR="000358B0" w14:paraId="65B65ADC" w14:textId="77777777">
        <w:tc>
          <w:tcPr>
            <w:tcW w:w="1550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2C92DE39" w14:textId="77777777" w:rsidR="000358B0" w:rsidRDefault="00000000">
            <w:pPr>
              <w:spacing w:after="0"/>
            </w:pPr>
            <w:r>
              <w:rPr>
                <w:sz w:val="18"/>
              </w:rPr>
              <w:t>13 h 45</w:t>
            </w:r>
          </w:p>
        </w:tc>
        <w:tc>
          <w:tcPr>
            <w:tcW w:w="1650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19640887" w14:textId="77777777" w:rsidR="000358B0" w:rsidRDefault="00000000">
            <w:pPr>
              <w:spacing w:after="0"/>
            </w:pPr>
            <w:r>
              <w:rPr>
                <w:sz w:val="18"/>
              </w:rPr>
              <w:t>15 min</w:t>
            </w:r>
          </w:p>
        </w:tc>
        <w:tc>
          <w:tcPr>
            <w:tcW w:w="4300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2DA7D206" w14:textId="77777777" w:rsidR="000358B0" w:rsidRDefault="00000000">
            <w:pPr>
              <w:spacing w:after="0"/>
            </w:pPr>
            <w:r>
              <w:rPr>
                <w:sz w:val="18"/>
              </w:rPr>
              <w:t>Brise-glace : « Où sont les chiffres dans ma journée ? »</w:t>
            </w:r>
          </w:p>
        </w:tc>
        <w:tc>
          <w:tcPr>
            <w:tcW w:w="1860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1A3105C0" w14:textId="77777777" w:rsidR="000358B0" w:rsidRDefault="00000000">
            <w:pPr>
              <w:spacing w:after="0"/>
            </w:pPr>
            <w:r>
              <w:rPr>
                <w:sz w:val="18"/>
              </w:rPr>
              <w:t>Tous ensemble</w:t>
            </w:r>
          </w:p>
        </w:tc>
      </w:tr>
      <w:tr w:rsidR="000358B0" w14:paraId="5BC109BF" w14:textId="77777777">
        <w:tc>
          <w:tcPr>
            <w:tcW w:w="1550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1FC88809" w14:textId="77777777" w:rsidR="000358B0" w:rsidRDefault="00000000">
            <w:pPr>
              <w:spacing w:after="0"/>
            </w:pPr>
            <w:r>
              <w:rPr>
                <w:sz w:val="18"/>
              </w:rPr>
              <w:t>14 h 00</w:t>
            </w:r>
          </w:p>
        </w:tc>
        <w:tc>
          <w:tcPr>
            <w:tcW w:w="1650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6B177A23" w14:textId="77777777" w:rsidR="000358B0" w:rsidRDefault="00000000">
            <w:pPr>
              <w:spacing w:after="0"/>
            </w:pPr>
            <w:r>
              <w:rPr>
                <w:sz w:val="18"/>
              </w:rPr>
              <w:t>1 h 30</w:t>
            </w:r>
          </w:p>
        </w:tc>
        <w:tc>
          <w:tcPr>
            <w:tcW w:w="4300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7EB58BBE" w14:textId="77777777" w:rsidR="000358B0" w:rsidRDefault="00000000">
            <w:pPr>
              <w:spacing w:after="0"/>
            </w:pPr>
            <w:r>
              <w:rPr>
                <w:sz w:val="18"/>
              </w:rPr>
              <w:t>Rotation sur les cinq défis : courses, transport, emploi, cuisine et numérique.</w:t>
            </w:r>
          </w:p>
        </w:tc>
        <w:tc>
          <w:tcPr>
            <w:tcW w:w="1860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15BF021F" w14:textId="77777777" w:rsidR="000358B0" w:rsidRDefault="00000000">
            <w:pPr>
              <w:spacing w:after="0"/>
            </w:pPr>
            <w:r>
              <w:rPr>
                <w:sz w:val="18"/>
              </w:rPr>
              <w:t>18 min par défi</w:t>
            </w:r>
          </w:p>
        </w:tc>
      </w:tr>
      <w:tr w:rsidR="000358B0" w14:paraId="6263BD34" w14:textId="77777777">
        <w:tc>
          <w:tcPr>
            <w:tcW w:w="1550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179FBDDB" w14:textId="77777777" w:rsidR="000358B0" w:rsidRDefault="00000000">
            <w:pPr>
              <w:spacing w:after="0"/>
            </w:pPr>
            <w:r>
              <w:rPr>
                <w:sz w:val="18"/>
              </w:rPr>
              <w:t>15 h 30</w:t>
            </w:r>
          </w:p>
        </w:tc>
        <w:tc>
          <w:tcPr>
            <w:tcW w:w="1650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66432963" w14:textId="77777777" w:rsidR="000358B0" w:rsidRDefault="00000000">
            <w:pPr>
              <w:spacing w:after="0"/>
            </w:pPr>
            <w:r>
              <w:rPr>
                <w:sz w:val="18"/>
              </w:rPr>
              <w:t>20 min</w:t>
            </w:r>
          </w:p>
        </w:tc>
        <w:tc>
          <w:tcPr>
            <w:tcW w:w="4300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3997A8F6" w14:textId="77777777" w:rsidR="000358B0" w:rsidRDefault="00000000">
            <w:pPr>
              <w:spacing w:after="0"/>
            </w:pPr>
            <w:r>
              <w:rPr>
                <w:sz w:val="18"/>
              </w:rPr>
              <w:t>Mission finale intersites : réunir les cinq indices et reconstituer le message.</w:t>
            </w:r>
          </w:p>
        </w:tc>
        <w:tc>
          <w:tcPr>
            <w:tcW w:w="1860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0A39B1B9" w14:textId="77777777" w:rsidR="000358B0" w:rsidRDefault="00000000">
            <w:pPr>
              <w:spacing w:after="0"/>
            </w:pPr>
            <w:r>
              <w:rPr>
                <w:sz w:val="18"/>
              </w:rPr>
              <w:t>Connexion des 3 sites</w:t>
            </w:r>
          </w:p>
        </w:tc>
      </w:tr>
      <w:tr w:rsidR="000358B0" w14:paraId="1EC3A89F" w14:textId="77777777">
        <w:tc>
          <w:tcPr>
            <w:tcW w:w="1550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275E5A2B" w14:textId="77777777" w:rsidR="000358B0" w:rsidRDefault="00000000">
            <w:pPr>
              <w:spacing w:after="0"/>
            </w:pPr>
            <w:r>
              <w:rPr>
                <w:sz w:val="18"/>
              </w:rPr>
              <w:t>15 h 50</w:t>
            </w:r>
          </w:p>
        </w:tc>
        <w:tc>
          <w:tcPr>
            <w:tcW w:w="1650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69B5FB23" w14:textId="77777777" w:rsidR="000358B0" w:rsidRDefault="00000000">
            <w:pPr>
              <w:spacing w:after="0"/>
            </w:pPr>
            <w:r>
              <w:rPr>
                <w:sz w:val="18"/>
              </w:rPr>
              <w:t>20 min</w:t>
            </w:r>
          </w:p>
        </w:tc>
        <w:tc>
          <w:tcPr>
            <w:tcW w:w="4300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05704D8D" w14:textId="77777777" w:rsidR="000358B0" w:rsidRDefault="00000000">
            <w:pPr>
              <w:spacing w:after="0"/>
            </w:pPr>
            <w:r>
              <w:rPr>
                <w:sz w:val="18"/>
              </w:rPr>
              <w:t>Passeport « Je sais faire » et création du mur des réussites.</w:t>
            </w:r>
          </w:p>
        </w:tc>
        <w:tc>
          <w:tcPr>
            <w:tcW w:w="1860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405BD9E9" w14:textId="77777777" w:rsidR="000358B0" w:rsidRDefault="00000000">
            <w:pPr>
              <w:spacing w:after="0"/>
            </w:pPr>
            <w:r>
              <w:rPr>
                <w:sz w:val="18"/>
              </w:rPr>
              <w:t>En équipe</w:t>
            </w:r>
          </w:p>
        </w:tc>
      </w:tr>
      <w:tr w:rsidR="000358B0" w14:paraId="6C20E7E6" w14:textId="77777777">
        <w:tc>
          <w:tcPr>
            <w:tcW w:w="1550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5328A198" w14:textId="77777777" w:rsidR="000358B0" w:rsidRDefault="00000000">
            <w:pPr>
              <w:spacing w:after="0"/>
            </w:pPr>
            <w:r>
              <w:rPr>
                <w:sz w:val="18"/>
              </w:rPr>
              <w:t>16 h 10</w:t>
            </w:r>
          </w:p>
        </w:tc>
        <w:tc>
          <w:tcPr>
            <w:tcW w:w="1650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58CC2925" w14:textId="77777777" w:rsidR="000358B0" w:rsidRDefault="00000000">
            <w:pPr>
              <w:spacing w:after="0"/>
            </w:pPr>
            <w:r>
              <w:rPr>
                <w:sz w:val="18"/>
              </w:rPr>
              <w:t>20 min</w:t>
            </w:r>
          </w:p>
        </w:tc>
        <w:tc>
          <w:tcPr>
            <w:tcW w:w="4300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2B5363FB" w14:textId="77777777" w:rsidR="000358B0" w:rsidRDefault="00000000">
            <w:pPr>
              <w:spacing w:after="0"/>
            </w:pPr>
            <w:r>
              <w:rPr>
                <w:sz w:val="18"/>
              </w:rPr>
              <w:t>Restitution, valorisation des réussites et photo de groupe.</w:t>
            </w:r>
          </w:p>
        </w:tc>
        <w:tc>
          <w:tcPr>
            <w:tcW w:w="1860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392F7178" w14:textId="77777777" w:rsidR="000358B0" w:rsidRDefault="00000000">
            <w:pPr>
              <w:spacing w:after="0"/>
            </w:pPr>
            <w:r>
              <w:rPr>
                <w:sz w:val="18"/>
              </w:rPr>
              <w:t>Tous ensemble</w:t>
            </w:r>
          </w:p>
        </w:tc>
      </w:tr>
      <w:tr w:rsidR="000358B0" w14:paraId="5CFE7E23" w14:textId="77777777">
        <w:tc>
          <w:tcPr>
            <w:tcW w:w="1550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456D648E" w14:textId="77777777" w:rsidR="000358B0" w:rsidRDefault="00000000">
            <w:pPr>
              <w:spacing w:after="0"/>
            </w:pPr>
            <w:r>
              <w:rPr>
                <w:sz w:val="18"/>
              </w:rPr>
              <w:t>16 h 30</w:t>
            </w:r>
          </w:p>
        </w:tc>
        <w:tc>
          <w:tcPr>
            <w:tcW w:w="1650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10B77B1F" w14:textId="77777777" w:rsidR="000358B0" w:rsidRDefault="000358B0">
            <w:pPr>
              <w:spacing w:after="0"/>
            </w:pPr>
          </w:p>
        </w:tc>
        <w:tc>
          <w:tcPr>
            <w:tcW w:w="4300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69FB1E70" w14:textId="77777777" w:rsidR="000358B0" w:rsidRDefault="00000000">
            <w:pPr>
              <w:spacing w:after="0"/>
            </w:pPr>
            <w:r>
              <w:rPr>
                <w:sz w:val="18"/>
              </w:rPr>
              <w:t>Fin de l’événement.</w:t>
            </w:r>
          </w:p>
        </w:tc>
        <w:tc>
          <w:tcPr>
            <w:tcW w:w="1860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61CBA825" w14:textId="77777777" w:rsidR="000358B0" w:rsidRDefault="000358B0">
            <w:pPr>
              <w:spacing w:after="0"/>
            </w:pPr>
          </w:p>
        </w:tc>
      </w:tr>
    </w:tbl>
    <w:p w14:paraId="2A39F7BB" w14:textId="77777777" w:rsidR="000358B0" w:rsidRDefault="00000000">
      <w:pPr>
        <w:pStyle w:val="Titre1"/>
      </w:pPr>
      <w:r>
        <w:t>Les ateliers</w:t>
      </w:r>
    </w:p>
    <w:p w14:paraId="0CE193CF" w14:textId="77777777" w:rsidR="000358B0" w:rsidRDefault="00000000">
      <w:r>
        <w:rPr>
          <w:b/>
          <w:color w:val="2F7F7A"/>
        </w:rPr>
        <w:t>Courses • Transport • Emploi • Cuisine • Numérique</w:t>
      </w:r>
    </w:p>
    <w:tbl>
      <w:tblPr>
        <w:tblStyle w:val="Grilledutableau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0358B0" w14:paraId="4A60C881" w14:textId="77777777">
        <w:tc>
          <w:tcPr>
            <w:tcW w:w="9360" w:type="dxa"/>
            <w:shd w:val="clear" w:color="auto" w:fill="DDEBF7"/>
          </w:tcPr>
          <w:p w14:paraId="44F01BA1" w14:textId="77777777" w:rsidR="000358B0" w:rsidRDefault="00000000">
            <w:pPr>
              <w:jc w:val="center"/>
            </w:pPr>
            <w:r>
              <w:rPr>
                <w:b/>
                <w:color w:val="17365D"/>
              </w:rPr>
              <w:t xml:space="preserve">À PRÉVOIR : </w:t>
            </w:r>
            <w:r>
              <w:t>5 espaces • kits et passeports • calculatrices • téléphones/tablettes • connexion intersites.</w:t>
            </w:r>
          </w:p>
        </w:tc>
      </w:tr>
    </w:tbl>
    <w:p w14:paraId="7DF8CE9B" w14:textId="77777777" w:rsidR="0016340F" w:rsidRDefault="0016340F"/>
    <w:sectPr w:rsidR="0016340F" w:rsidSect="00034616">
      <w:footerReference w:type="default" r:id="rId9"/>
      <w:pgSz w:w="12240" w:h="15840"/>
      <w:pgMar w:top="979" w:right="1440" w:bottom="893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F18BC0" w14:textId="77777777" w:rsidR="0016340F" w:rsidRDefault="0016340F">
      <w:pPr>
        <w:spacing w:after="0" w:line="240" w:lineRule="auto"/>
      </w:pPr>
      <w:r>
        <w:separator/>
      </w:r>
    </w:p>
  </w:endnote>
  <w:endnote w:type="continuationSeparator" w:id="0">
    <w:p w14:paraId="1A33714E" w14:textId="77777777" w:rsidR="0016340F" w:rsidRDefault="00163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ED3E7" w14:textId="77777777" w:rsidR="000358B0" w:rsidRDefault="00000000">
    <w:pPr>
      <w:pStyle w:val="Pieddepage"/>
      <w:jc w:val="center"/>
    </w:pPr>
    <w:r>
      <w:rPr>
        <w:color w:val="6B7280"/>
        <w:sz w:val="16"/>
      </w:rPr>
      <w:t>E2C 92 • Programme • Le Défi du quotidien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20653" w14:textId="77777777" w:rsidR="0016340F" w:rsidRDefault="0016340F">
      <w:pPr>
        <w:spacing w:after="0" w:line="240" w:lineRule="auto"/>
      </w:pPr>
      <w:r>
        <w:separator/>
      </w:r>
    </w:p>
  </w:footnote>
  <w:footnote w:type="continuationSeparator" w:id="0">
    <w:p w14:paraId="7ED017C5" w14:textId="77777777" w:rsidR="0016340F" w:rsidRDefault="001634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19048028">
    <w:abstractNumId w:val="8"/>
  </w:num>
  <w:num w:numId="2" w16cid:durableId="1004824514">
    <w:abstractNumId w:val="6"/>
  </w:num>
  <w:num w:numId="3" w16cid:durableId="1576738953">
    <w:abstractNumId w:val="5"/>
  </w:num>
  <w:num w:numId="4" w16cid:durableId="1433356542">
    <w:abstractNumId w:val="4"/>
  </w:num>
  <w:num w:numId="5" w16cid:durableId="1051734525">
    <w:abstractNumId w:val="7"/>
  </w:num>
  <w:num w:numId="6" w16cid:durableId="974145483">
    <w:abstractNumId w:val="3"/>
  </w:num>
  <w:num w:numId="7" w16cid:durableId="722944479">
    <w:abstractNumId w:val="2"/>
  </w:num>
  <w:num w:numId="8" w16cid:durableId="24138638">
    <w:abstractNumId w:val="1"/>
  </w:num>
  <w:num w:numId="9" w16cid:durableId="2799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58B0"/>
    <w:rsid w:val="0006063C"/>
    <w:rsid w:val="0015074B"/>
    <w:rsid w:val="0016340F"/>
    <w:rsid w:val="0029639D"/>
    <w:rsid w:val="00326F90"/>
    <w:rsid w:val="00972F47"/>
    <w:rsid w:val="00A17A8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96011C"/>
  <w14:defaultImageDpi w14:val="300"/>
  <w15:docId w15:val="{3EDDB0F2-B0A7-4E31-B091-3FD3CDD24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sz w:val="21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/>
      <w:bCs/>
      <w:color w:val="2E75B6"/>
      <w:sz w:val="32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color w:val="2F7F7A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50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mégane</dc:creator>
  <cp:keywords/>
  <dc:description>generated by python-docx</dc:description>
  <cp:lastModifiedBy>Mégane Marie Françoise</cp:lastModifiedBy>
  <cp:revision>2</cp:revision>
  <dcterms:created xsi:type="dcterms:W3CDTF">2026-09-02T08:50:00Z</dcterms:created>
  <dcterms:modified xsi:type="dcterms:W3CDTF">2026-09-02T08:50:00Z</dcterms:modified>
  <cp:category/>
</cp:coreProperties>
</file>